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StopTB API Performance Test Report (Detailed)</w:t>
      </w:r>
    </w:p>
    <w:p>
      <w:pPr>
        <w:pStyle w:val="Heading1"/>
      </w:pPr>
      <w:r>
        <w:t>1. Objective</w:t>
      </w:r>
    </w:p>
    <w:p>
      <w:pPr>
        <w:pStyle w:val="ListBullet"/>
      </w:pPr>
      <w:r>
        <w:t>The objective of this performance test was to evaluate the StopTB API workflow under increased concurrent user load.</w:t>
      </w:r>
    </w:p>
    <w:p>
      <w:pPr>
        <w:pStyle w:val="ListBullet"/>
      </w:pPr>
      <w:r>
        <w:t>The focus was to identify response time behavior, throughput stability, error percentage, and bottlenecks.</w:t>
      </w:r>
    </w:p>
    <w:p>
      <w:pPr>
        <w:pStyle w:val="Heading1"/>
      </w:pPr>
      <w:r>
        <w:t>2. Test Configuration</w:t>
      </w:r>
    </w:p>
    <w:p>
      <w:pPr>
        <w:pStyle w:val="ListBullet"/>
      </w:pPr>
      <w:r>
        <w:t>Virtual Users: 100</w:t>
      </w:r>
    </w:p>
    <w:p>
      <w:pPr>
        <w:pStyle w:val="ListBullet"/>
      </w:pPr>
      <w:r>
        <w:t>Ramp-up Time: 30 seconds</w:t>
      </w:r>
    </w:p>
    <w:p>
      <w:pPr>
        <w:pStyle w:val="ListBullet"/>
      </w:pPr>
      <w:r>
        <w:t>Loop Count: 1</w:t>
      </w:r>
    </w:p>
    <w:p>
      <w:pPr>
        <w:pStyle w:val="ListBullet"/>
      </w:pPr>
      <w:r>
        <w:t>Total Samples Executed: 2600</w:t>
      </w:r>
    </w:p>
    <w:p>
      <w:pPr>
        <w:pStyle w:val="ListBullet"/>
      </w:pPr>
      <w:r>
        <w:t>Tool Used: Apache JMeter 5.6.3</w:t>
      </w:r>
    </w:p>
    <w:p>
      <w:pPr>
        <w:pStyle w:val="ListBullet"/>
      </w:pPr>
      <w:r>
        <w:t>Test Type: Load Testing</w:t>
      </w:r>
    </w:p>
    <w:p>
      <w:pPr>
        <w:pStyle w:val="Heading1"/>
      </w:pPr>
      <w:r>
        <w:t>3. Overall Performance Summary</w:t>
      </w:r>
    </w:p>
    <w:p>
      <w:pPr>
        <w:pStyle w:val="ListBullet"/>
      </w:pPr>
      <w:r>
        <w:t>Average Response Time: 129 ms</w:t>
      </w:r>
    </w:p>
    <w:p>
      <w:pPr>
        <w:pStyle w:val="ListBullet"/>
      </w:pPr>
      <w:r>
        <w:t>Median Response Time: 67 ms</w:t>
      </w:r>
    </w:p>
    <w:p>
      <w:pPr>
        <w:pStyle w:val="ListBullet"/>
      </w:pPr>
      <w:r>
        <w:t>90th Percentile: 267 ms</w:t>
      </w:r>
    </w:p>
    <w:p>
      <w:pPr>
        <w:pStyle w:val="ListBullet"/>
      </w:pPr>
      <w:r>
        <w:t>95th Percentile: 344 ms</w:t>
      </w:r>
    </w:p>
    <w:p>
      <w:pPr>
        <w:pStyle w:val="ListBullet"/>
      </w:pPr>
      <w:r>
        <w:t>99th Percentile: 865 ms</w:t>
      </w:r>
    </w:p>
    <w:p>
      <w:pPr>
        <w:pStyle w:val="ListBullet"/>
      </w:pPr>
      <w:r>
        <w:t>Minimum Response Time: 46 ms</w:t>
      </w:r>
    </w:p>
    <w:p>
      <w:pPr>
        <w:pStyle w:val="ListBullet"/>
      </w:pPr>
      <w:r>
        <w:t>Maximum Response Time: 4698 ms</w:t>
      </w:r>
    </w:p>
    <w:p>
      <w:pPr>
        <w:pStyle w:val="ListBullet"/>
      </w:pPr>
      <w:r>
        <w:t>Throughput: 41.2 requests/sec</w:t>
      </w:r>
    </w:p>
    <w:p>
      <w:pPr>
        <w:pStyle w:val="ListBullet"/>
      </w:pPr>
      <w:r>
        <w:t>Total Error Rate: 17.62%</w:t>
      </w:r>
    </w:p>
    <w:p>
      <w:pPr>
        <w:pStyle w:val="Heading1"/>
      </w:pPr>
      <w:r>
        <w:t>4. API-wise Performance Highlights</w:t>
      </w:r>
    </w:p>
    <w:p>
      <w:pPr>
        <w:pStyle w:val="ListBullet"/>
      </w:pPr>
      <w:r>
        <w:t>Fast APIs: Refresh Token, Validate OTP, Save OPD, Save Vitals, Nurse Submit.</w:t>
      </w:r>
    </w:p>
    <w:p>
      <w:pPr>
        <w:pStyle w:val="ListBullet"/>
      </w:pPr>
      <w:r>
        <w:t>Slow APIs: Login, Get User Details, Register Beneficiary, Get TB Screening.</w:t>
      </w:r>
    </w:p>
    <w:p>
      <w:pPr>
        <w:pStyle w:val="Heading1"/>
      </w:pPr>
      <w:r>
        <w:t>5. Error Analysis</w:t>
      </w:r>
    </w:p>
    <w:p>
      <w:pPr>
        <w:pStyle w:val="ListBullet"/>
      </w:pPr>
      <w:r>
        <w:t>Refresh Token shows 100% errors but was ignored as per requirement.</w:t>
      </w:r>
    </w:p>
    <w:p>
      <w:pPr>
        <w:pStyle w:val="ListBullet"/>
      </w:pPr>
      <w:r>
        <w:t>Get User Details has 23% error.</w:t>
      </w:r>
    </w:p>
    <w:p>
      <w:pPr>
        <w:pStyle w:val="ListBullet"/>
      </w:pPr>
      <w:r>
        <w:t>Most business APIs are showing around 19–20% failure rate.</w:t>
      </w:r>
    </w:p>
    <w:p>
      <w:pPr>
        <w:pStyle w:val="Heading1"/>
      </w:pPr>
      <w:r>
        <w:t>6. Bottleneck Analysis</w:t>
      </w:r>
    </w:p>
    <w:p>
      <w:pPr>
        <w:pStyle w:val="ListBullet"/>
      </w:pPr>
      <w:r>
        <w:t>Login API is the biggest bottleneck with avg 367 ms and max 4190 ms.</w:t>
      </w:r>
    </w:p>
    <w:p>
      <w:pPr>
        <w:pStyle w:val="ListBullet"/>
      </w:pPr>
      <w:r>
        <w:t>Get User Details shows avg 322 ms and max 4202 ms.</w:t>
      </w:r>
    </w:p>
    <w:p>
      <w:pPr>
        <w:pStyle w:val="ListBullet"/>
      </w:pPr>
      <w:r>
        <w:t>Register Beneficiary shows moderate delay with avg 289 ms.</w:t>
      </w:r>
    </w:p>
    <w:p>
      <w:pPr>
        <w:pStyle w:val="ListBullet"/>
      </w:pPr>
      <w:r>
        <w:t>Get TB Screening shows avg 267 ms.</w:t>
      </w:r>
    </w:p>
    <w:p>
      <w:pPr>
        <w:pStyle w:val="Heading1"/>
      </w:pPr>
      <w:r>
        <w:t>7. Performance Verdict</w:t>
      </w:r>
    </w:p>
    <w:p>
      <w:pPr>
        <w:pStyle w:val="ListBullet"/>
      </w:pPr>
      <w:r>
        <w:t>Average response time is healthy.</w:t>
      </w:r>
    </w:p>
    <w:p>
      <w:pPr>
        <w:pStyle w:val="ListBullet"/>
      </w:pPr>
      <w:r>
        <w:t>Median and percentile values are acceptable.</w:t>
      </w:r>
    </w:p>
    <w:p>
      <w:pPr>
        <w:pStyle w:val="ListBullet"/>
      </w:pPr>
      <w:r>
        <w:t>Throughput is stable.</w:t>
      </w:r>
    </w:p>
    <w:p>
      <w:pPr>
        <w:pStyle w:val="ListBullet"/>
      </w:pPr>
      <w:r>
        <w:t>Error percentage is still high and needs immediate attention.</w:t>
      </w:r>
    </w:p>
    <w:p>
      <w:pPr>
        <w:pStyle w:val="Heading1"/>
      </w:pPr>
      <w:r>
        <w:t>8. Key Observations</w:t>
      </w:r>
    </w:p>
    <w:p>
      <w:pPr>
        <w:pStyle w:val="ListBullet"/>
      </w:pPr>
      <w:r>
        <w:t>Most APIs are responding under 150 ms.</w:t>
      </w:r>
    </w:p>
    <w:p>
      <w:pPr>
        <w:pStyle w:val="ListBullet"/>
      </w:pPr>
      <w:r>
        <w:t>Critical authentication APIs are stable except Refresh Token.</w:t>
      </w:r>
    </w:p>
    <w:p>
      <w:pPr>
        <w:pStyle w:val="ListBullet"/>
      </w:pPr>
      <w:r>
        <w:t>Business workflow APIs are failing under concurrency.</w:t>
      </w:r>
    </w:p>
    <w:p>
      <w:pPr>
        <w:pStyle w:val="ListBullet"/>
      </w:pPr>
      <w:r>
        <w:t>Database-heavy APIs show latency spikes.</w:t>
      </w:r>
    </w:p>
    <w:p>
      <w:pPr>
        <w:pStyle w:val="Heading1"/>
      </w:pPr>
      <w:r>
        <w:t>9. Recommendations</w:t>
      </w:r>
    </w:p>
    <w:p>
      <w:pPr>
        <w:pStyle w:val="ListBullet"/>
      </w:pPr>
      <w:r>
        <w:t>Optimize Login API database queries.</w:t>
      </w:r>
    </w:p>
    <w:p>
      <w:pPr>
        <w:pStyle w:val="ListBullet"/>
      </w:pPr>
      <w:r>
        <w:t>Investigate User Details API failures.</w:t>
      </w:r>
    </w:p>
    <w:p>
      <w:pPr>
        <w:pStyle w:val="ListBullet"/>
      </w:pPr>
      <w:r>
        <w:t>Fix business APIs showing 19–20% failure.</w:t>
      </w:r>
    </w:p>
    <w:p>
      <w:pPr>
        <w:pStyle w:val="ListBullet"/>
      </w:pPr>
      <w:r>
        <w:t>Perform stress test with 150 and 200 users.</w:t>
      </w:r>
    </w:p>
    <w:p>
      <w:pPr>
        <w:pStyle w:val="ListBullet"/>
      </w:pPr>
      <w:r>
        <w:t>Run endurance test for 30 minutes.</w:t>
      </w:r>
    </w:p>
    <w:p>
      <w:pPr>
        <w:pStyle w:val="Heading1"/>
      </w:pPr>
      <w:r>
        <w:t>10. Final Conclusion</w:t>
      </w:r>
    </w:p>
    <w:p>
      <w:pPr>
        <w:pStyle w:val="ListBullet"/>
      </w:pPr>
      <w:r>
        <w:t>The StopTB application handled 100 concurrent users with stable response times.</w:t>
      </w:r>
    </w:p>
    <w:p>
      <w:pPr>
        <w:pStyle w:val="ListBullet"/>
      </w:pPr>
      <w:r>
        <w:t>However, error percentage increased significantly under load.</w:t>
      </w:r>
    </w:p>
    <w:p>
      <w:pPr>
        <w:pStyle w:val="ListBullet"/>
      </w:pPr>
      <w:r>
        <w:t>Application performance is acceptable but requires optimization before production scaling.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