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Root Cause Analysis (RCA) — FLW-924</w:t>
      </w:r>
    </w:p>
    <w:p>
      <w:r>
        <w:t>Project: FLW Mobile App</w:t>
      </w:r>
    </w:p>
    <w:p>
      <w:r>
        <w:t>Ticket ID: FLW-924</w:t>
      </w:r>
    </w:p>
    <w:p>
      <w:r>
        <w:t>Module: Maternal Health / Beneficiary Registration</w:t>
      </w:r>
    </w:p>
    <w:p>
      <w:r>
        <w:t>Environment: Production (CG_PROD_AMRIT)</w:t>
      </w:r>
    </w:p>
    <w:p>
      <w:r>
        <w:t>Resolved By: Ishwar</w:t>
      </w:r>
    </w:p>
    <w:p>
      <w:r>
        <w:t>Target Date: 27-Apr-2026</w:t>
      </w:r>
    </w:p>
    <w:p>
      <w:r>
        <w:t>Verification: Manually verified by Developer across devices</w:t>
      </w:r>
    </w:p>
    <w:p>
      <w:pPr>
        <w:pStyle w:val="Heading1"/>
      </w:pPr>
      <w:r>
        <w:t>1. Issue Summary</w:t>
      </w:r>
    </w:p>
    <w:p>
      <w:r>
        <w:t>After editing a beneficiary record, the age was incorrectly displayed as ~56 years after saving, even though the preview showed the correct age during editing.</w:t>
      </w:r>
    </w:p>
    <w:p>
      <w:pPr>
        <w:pStyle w:val="Heading1"/>
      </w:pPr>
      <w:r>
        <w:t>2. Root Cause</w:t>
      </w:r>
    </w:p>
    <w:p>
      <w:r>
        <w:t>During edit of an existing beneficiary record:</w:t>
      </w:r>
    </w:p>
    <w:p>
      <w:r>
        <w:t>- The agePopup field was assigned an age string (e.g., "40 Years, 8 Months, 2 Days") instead of a date string (DOB) (e.g., "22-08-1985").</w:t>
      </w:r>
    </w:p>
    <w:p>
      <w:r>
        <w:t>- While saving, mapValues() called getLongFromDate() on this age string which returned 0.</w:t>
      </w:r>
    </w:p>
    <w:p>
      <w:r>
        <w:t>- DOB was saved as 0 (01-01-1970), resulting in incorrect age calculation (~56 years).</w:t>
      </w:r>
    </w:p>
    <w:p>
      <w:pPr>
        <w:pStyle w:val="Heading1"/>
      </w:pPr>
      <w:r>
        <w:t>3. Fix Implemented</w:t>
      </w:r>
    </w:p>
    <w:p>
      <w:r>
        <w:t>In BenRegFormDataset.kt → mapValues():</w:t>
      </w:r>
    </w:p>
    <w:p>
      <w:r>
        <w:t>- Added validation: If agePopup.value contains "Year", fallback to dobReadOnly.value (actual DOB).</w:t>
      </w:r>
    </w:p>
    <w:p>
      <w:r>
        <w:t>This ensures correct DOB is always used during save.</w:t>
      </w:r>
    </w:p>
    <w:p>
      <w:pPr>
        <w:pStyle w:val="Heading1"/>
      </w:pPr>
      <w:r>
        <w:t>4. Additional Issues Identified &amp; Fixed</w:t>
      </w:r>
    </w:p>
    <w:p>
      <w:r>
        <w:t>Issue 2: Incorrect Age at Marriage Calculation</w:t>
      </w:r>
    </w:p>
    <w:p>
      <w:r>
        <w:t>- Cause: Same root issue (DOB becoming 0)</w:t>
      </w:r>
    </w:p>
    <w:p>
      <w:r>
        <w:t>- Fix: Correct DOB handling ensures accurate Date of Marriage calculation</w:t>
      </w:r>
    </w:p>
    <w:p>
      <w:r>
        <w:t>Issue 3: Age at Marriage Not Updating</w:t>
      </w:r>
    </w:p>
    <w:p>
      <w:r>
        <w:t>- Problem: Changing Date of Marriage was not updating Age at Marriage</w:t>
      </w:r>
    </w:p>
    <w:p>
      <w:r>
        <w:t>- Fix: Added handling for dateOfMarriage.id in handleListOnValueChanged()</w:t>
      </w:r>
    </w:p>
    <w:p>
      <w:pPr>
        <w:pStyle w:val="Heading1"/>
      </w:pPr>
      <w:r>
        <w:t>5. Impact</w:t>
      </w:r>
    </w:p>
    <w:p>
      <w:r>
        <w:t>- Incorrect age display in beneficiary records</w:t>
      </w:r>
    </w:p>
    <w:p>
      <w:r>
        <w:t>- Affected Pregnant Women Registration List and Age at Marriage calculation</w:t>
      </w:r>
    </w:p>
    <w:p>
      <w:r>
        <w:t>- Risk of incorrect medical data</w:t>
      </w:r>
    </w:p>
    <w:p>
      <w:pPr>
        <w:pStyle w:val="Heading1"/>
      </w:pPr>
      <w:r>
        <w:t>6. Resolution Status</w:t>
      </w:r>
    </w:p>
    <w:p>
      <w:r>
        <w:t>Issue fixed. Additional related issues resolved. Verified across flows and devices.</w:t>
      </w:r>
    </w:p>
    <w:p>
      <w:pPr>
        <w:pStyle w:val="Heading1"/>
      </w:pPr>
      <w:r>
        <w:t>7. Testing</w:t>
      </w:r>
    </w:p>
    <w:p>
      <w:r>
        <w:t>Manual testing performed by developer covering create and edit flows, DOB validation, age calculation, Date of Marriage updates, and cross-device validation.</w:t>
      </w:r>
    </w:p>
    <w:p>
      <w:pPr>
        <w:pStyle w:val="Heading1"/>
      </w:pPr>
      <w:r>
        <w:t>8. Remarks</w:t>
      </w:r>
    </w:p>
    <w:p>
      <w:r>
        <w:t>Root cause affected multiple dependent fields. Fix ensures data consistency and correctness across the module.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