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  <w:jc w:val="center"/>
      </w:pPr>
      <w:r>
        <w:t>ASHA Supervisor Module</w:t>
      </w:r>
    </w:p>
    <w:p>
      <w:pPr>
        <w:pStyle w:val="Heading2"/>
        <w:jc w:val="center"/>
      </w:pPr>
      <w:r>
        <w:t>API Request-Response Document</w:t>
      </w:r>
    </w:p>
    <w:p/>
    <w:p>
      <w:pPr>
        <w:pStyle w:val="Heading3"/>
      </w:pPr>
      <w:r>
        <w:t>1. Get Supervisor Profile</w:t>
      </w:r>
    </w:p>
    <w:p>
      <w:r>
        <w:rPr>
          <w:b/>
        </w:rPr>
        <w:t xml:space="preserve">Endpoint: </w:t>
      </w:r>
      <w:r>
        <w:t>/api/supervisor/profile</w:t>
      </w:r>
    </w:p>
    <w:p>
      <w:r>
        <w:rPr>
          <w:b/>
        </w:rPr>
        <w:t xml:space="preserve">Method: </w:t>
      </w:r>
      <w:r>
        <w:t>GET</w:t>
      </w:r>
    </w:p>
    <w:p>
      <w:r>
        <w:rPr>
          <w:b/>
        </w:rPr>
        <w:t xml:space="preserve">Description: </w:t>
      </w:r>
      <w:r>
        <w:t>Fetch profile details of the logged-in ASHA Supervisor.</w:t>
      </w:r>
    </w:p>
    <w:p>
      <w:r>
        <w:rPr>
          <w:b/>
        </w:rPr>
        <w:t>Response (200 OK):</w:t>
      </w:r>
    </w:p>
    <w:p>
      <w:r>
        <w:t>{</w:t>
        <w:br/>
        <w:t xml:space="preserve">  "supervisorId": 101,</w:t>
        <w:br/>
        <w:t xml:space="preserve">  "name": "Ramesh Kumar",</w:t>
        <w:br/>
        <w:t xml:space="preserve">  "mobileNumber": "9876543210",</w:t>
        <w:br/>
        <w:t xml:space="preserve">  "email": "ramesh.kumar@email.com",</w:t>
        <w:br/>
        <w:t xml:space="preserve">  "subCenter": "Rampur SC",</w:t>
        <w:br/>
        <w:t xml:space="preserve">  "block": "Rampur Block",</w:t>
        <w:br/>
        <w:t xml:space="preserve">  "district": "Lucknow",</w:t>
        <w:br/>
        <w:t xml:space="preserve">  "totalAshas": 48</w:t>
        <w:br/>
        <w:t>}</w:t>
      </w:r>
    </w:p>
    <w:p/>
    <w:p>
      <w:pPr>
        <w:pStyle w:val="Heading3"/>
      </w:pPr>
      <w:r>
        <w:t>2. Get Dashboard Summary</w:t>
      </w:r>
    </w:p>
    <w:p>
      <w:r>
        <w:rPr>
          <w:b/>
        </w:rPr>
        <w:t xml:space="preserve">Endpoint: </w:t>
      </w:r>
      <w:r>
        <w:t>/api/supervisor/dashboard-summary?month={month}&amp;year={year}</w:t>
      </w:r>
    </w:p>
    <w:p>
      <w:r>
        <w:rPr>
          <w:b/>
        </w:rPr>
        <w:t xml:space="preserve">Method: </w:t>
      </w:r>
      <w:r>
        <w:t>GET</w:t>
      </w:r>
    </w:p>
    <w:p>
      <w:r>
        <w:rPr>
          <w:b/>
        </w:rPr>
        <w:t xml:space="preserve">Description: </w:t>
      </w:r>
      <w:r>
        <w:t>Fetch dashboard summary counts for incentive verification based on selected month and year.</w:t>
      </w:r>
    </w:p>
    <w:p>
      <w:r>
        <w:rPr>
          <w:b/>
        </w:rPr>
        <w:t>Response (200 OK):</w:t>
      </w:r>
    </w:p>
    <w:p>
      <w:r>
        <w:t>{</w:t>
        <w:br/>
        <w:t xml:space="preserve">  "totalAshas": 48,</w:t>
        <w:br/>
        <w:t xml:space="preserve">  "verifiedCount": 32,</w:t>
        <w:br/>
        <w:t xml:space="preserve">  "pendingCount": 16,</w:t>
        <w:br/>
        <w:t xml:space="preserve">  "overdueCount": 5,</w:t>
        <w:br/>
        <w:t xml:space="preserve">  "rejectedCount": 4</w:t>
        <w:br/>
        <w:t>}</w:t>
      </w:r>
    </w:p>
    <w:p/>
    <w:p>
      <w:pPr>
        <w:pStyle w:val="Heading3"/>
      </w:pPr>
      <w:r>
        <w:t>3. Get ASHA List Under Supervisor</w:t>
      </w:r>
    </w:p>
    <w:p>
      <w:r>
        <w:rPr>
          <w:b/>
        </w:rPr>
        <w:t xml:space="preserve">Endpoint: </w:t>
      </w:r>
      <w:r>
        <w:t>/api/supervisor/asha-list</w:t>
      </w:r>
    </w:p>
    <w:p>
      <w:r>
        <w:rPr>
          <w:b/>
        </w:rPr>
        <w:t xml:space="preserve">Method: </w:t>
      </w:r>
      <w:r>
        <w:t>GET</w:t>
      </w:r>
    </w:p>
    <w:p>
      <w:r>
        <w:rPr>
          <w:b/>
        </w:rPr>
        <w:t xml:space="preserve">Description: </w:t>
      </w:r>
      <w:r>
        <w:t>Fetch list of ASHAs mapped under the logged-in supervisor with filtering and pagination support.</w:t>
      </w:r>
    </w:p>
    <w:p>
      <w:r>
        <w:rPr>
          <w:b/>
        </w:rPr>
        <w:t>Request Body:</w:t>
      </w:r>
    </w:p>
    <w:p>
      <w:r>
        <w:t>Query Params: status, month, year, search, page, size</w:t>
      </w:r>
    </w:p>
    <w:p>
      <w:r>
        <w:rPr>
          <w:b/>
        </w:rPr>
        <w:t>Response (200 OK):</w:t>
      </w:r>
    </w:p>
    <w:p>
      <w:r>
        <w:t>{</w:t>
        <w:br/>
        <w:t xml:space="preserve">  "totalRecords": 48,</w:t>
        <w:br/>
        <w:t xml:space="preserve">  "currentPage": 0,</w:t>
        <w:br/>
        <w:t xml:space="preserve">  "pageSize": 10,</w:t>
        <w:br/>
        <w:t xml:space="preserve">  "data": [</w:t>
        <w:br/>
        <w:t xml:space="preserve">    {</w:t>
        <w:br/>
        <w:t xml:space="preserve">      "ashaId": 201,</w:t>
        <w:br/>
        <w:t xml:space="preserve">      "name": "Sunita Devi",</w:t>
        <w:br/>
        <w:t xml:space="preserve">      "mobileNumber": "9876543211",</w:t>
        <w:br/>
        <w:t xml:space="preserve">      "subCenter": "Rampur SC",</w:t>
        <w:br/>
        <w:t xml:space="preserve">      "totalIncentiveAmount": 2390,</w:t>
        <w:br/>
        <w:t xml:space="preserve">      "status": "Pending"</w:t>
        <w:br/>
        <w:t xml:space="preserve">    }</w:t>
        <w:br/>
        <w:t xml:space="preserve">  ]</w:t>
        <w:br/>
        <w:t>}</w:t>
      </w:r>
    </w:p>
    <w:p/>
    <w:p>
      <w:pPr>
        <w:pStyle w:val="Heading3"/>
      </w:pPr>
      <w:r>
        <w:t>4. Get ASHA Incentive Details</w:t>
      </w:r>
    </w:p>
    <w:p>
      <w:r>
        <w:rPr>
          <w:b/>
        </w:rPr>
        <w:t xml:space="preserve">Endpoint: </w:t>
      </w:r>
      <w:r>
        <w:t>/api/supervisor/asha/{ashaId}/incentives?month={month}&amp;year={year}</w:t>
      </w:r>
    </w:p>
    <w:p>
      <w:r>
        <w:rPr>
          <w:b/>
        </w:rPr>
        <w:t xml:space="preserve">Method: </w:t>
      </w:r>
      <w:r>
        <w:t>GET</w:t>
      </w:r>
    </w:p>
    <w:p>
      <w:r>
        <w:rPr>
          <w:b/>
        </w:rPr>
        <w:t xml:space="preserve">Description: </w:t>
      </w:r>
      <w:r>
        <w:t>Fetch detailed incentive list of a specific ASHA for selected month and year.</w:t>
      </w:r>
    </w:p>
    <w:p>
      <w:r>
        <w:rPr>
          <w:b/>
        </w:rPr>
        <w:t>Response (200 OK):</w:t>
      </w:r>
    </w:p>
    <w:p>
      <w:r>
        <w:t>{</w:t>
        <w:br/>
        <w:t xml:space="preserve">  "ashaId": 201,</w:t>
        <w:br/>
        <w:t xml:space="preserve">  "ashaName": "Sunita Devi",</w:t>
        <w:br/>
        <w:t xml:space="preserve">  "month": 1,</w:t>
        <w:br/>
        <w:t xml:space="preserve">  "year": 2026,</w:t>
        <w:br/>
        <w:t xml:space="preserve">  "incentives": [</w:t>
        <w:br/>
        <w:t xml:space="preserve">    {</w:t>
        <w:br/>
        <w:t xml:space="preserve">      "incentiveId": 1001,</w:t>
        <w:br/>
        <w:t xml:space="preserve">      "activityName": "ANC Checkup",</w:t>
        <w:br/>
        <w:t xml:space="preserve">      "activityDate": "2026-01-15",</w:t>
        <w:br/>
        <w:t xml:space="preserve">      "submittedDate": "2026-01-18",</w:t>
        <w:br/>
        <w:t xml:space="preserve">      "amount": 2350,</w:t>
        <w:br/>
        <w:t xml:space="preserve">      "status": "Pending",</w:t>
        <w:br/>
        <w:t xml:space="preserve">      "remarks": null</w:t>
        <w:br/>
        <w:t xml:space="preserve">    }</w:t>
        <w:br/>
        <w:t xml:space="preserve">  ]</w:t>
        <w:br/>
        <w:t>}</w:t>
      </w:r>
    </w:p>
    <w:p/>
    <w:p>
      <w:pPr>
        <w:pStyle w:val="Heading3"/>
      </w:pPr>
      <w:r>
        <w:t>5. Update Incentive Status (Approve/Reject)</w:t>
      </w:r>
    </w:p>
    <w:p>
      <w:r>
        <w:rPr>
          <w:b/>
        </w:rPr>
        <w:t xml:space="preserve">Endpoint: </w:t>
      </w:r>
      <w:r>
        <w:t>/api/supervisor/incentive/action</w:t>
      </w:r>
    </w:p>
    <w:p>
      <w:r>
        <w:rPr>
          <w:b/>
        </w:rPr>
        <w:t xml:space="preserve">Method: </w:t>
      </w:r>
      <w:r>
        <w:t>POST</w:t>
      </w:r>
    </w:p>
    <w:p>
      <w:r>
        <w:rPr>
          <w:b/>
        </w:rPr>
        <w:t xml:space="preserve">Description: </w:t>
      </w:r>
      <w:r>
        <w:t>Approve or reject an individual incentive submitted by ASHA.</w:t>
      </w:r>
    </w:p>
    <w:p>
      <w:r>
        <w:rPr>
          <w:b/>
        </w:rPr>
        <w:t>Request Body:</w:t>
      </w:r>
    </w:p>
    <w:p>
      <w:r>
        <w:t>{</w:t>
        <w:br/>
        <w:t xml:space="preserve">  "incentiveId": 1001,</w:t>
        <w:br/>
        <w:t xml:space="preserve">  "action": "APPROVE",</w:t>
        <w:br/>
        <w:t xml:space="preserve">  "remarks": "Verified with records"</w:t>
        <w:br/>
        <w:t>}</w:t>
      </w:r>
    </w:p>
    <w:p>
      <w:r>
        <w:rPr>
          <w:b/>
        </w:rPr>
        <w:t>Response (200 OK):</w:t>
      </w:r>
    </w:p>
    <w:p>
      <w:r>
        <w:t>{</w:t>
        <w:br/>
        <w:t xml:space="preserve">  "message": "Incentive status updated successfully",</w:t>
        <w:br/>
        <w:t xml:space="preserve">  "updatedStatus": "Verified"</w:t>
        <w:br/>
        <w:t>}</w:t>
      </w:r>
    </w:p>
    <w:p/>
    <w:p>
      <w:pPr>
        <w:pStyle w:val="Heading3"/>
      </w:pPr>
      <w:r>
        <w:t>6. Bulk Update Incentives</w:t>
      </w:r>
    </w:p>
    <w:p>
      <w:r>
        <w:rPr>
          <w:b/>
        </w:rPr>
        <w:t xml:space="preserve">Endpoint: </w:t>
      </w:r>
      <w:r>
        <w:t>/api/supervisor/incentive/bulk-action</w:t>
      </w:r>
    </w:p>
    <w:p>
      <w:r>
        <w:rPr>
          <w:b/>
        </w:rPr>
        <w:t xml:space="preserve">Method: </w:t>
      </w:r>
      <w:r>
        <w:t>POST</w:t>
      </w:r>
    </w:p>
    <w:p>
      <w:r>
        <w:rPr>
          <w:b/>
        </w:rPr>
        <w:t xml:space="preserve">Description: </w:t>
      </w:r>
      <w:r>
        <w:t>Approve or reject multiple incentives in a single request.</w:t>
      </w:r>
    </w:p>
    <w:p>
      <w:r>
        <w:rPr>
          <w:b/>
        </w:rPr>
        <w:t>Request Body:</w:t>
      </w:r>
    </w:p>
    <w:p>
      <w:r>
        <w:t>{</w:t>
        <w:br/>
        <w:t xml:space="preserve">  "incentiveIds": [1001, 1002, 1003],</w:t>
        <w:br/>
        <w:t xml:space="preserve">  "action": "APPROVE",</w:t>
        <w:br/>
        <w:t xml:space="preserve">  "remarks": "Bulk verified"</w:t>
        <w:br/>
        <w:t>}</w:t>
      </w:r>
    </w:p>
    <w:p>
      <w:r>
        <w:rPr>
          <w:b/>
        </w:rPr>
        <w:t>Response (200 OK):</w:t>
      </w:r>
    </w:p>
    <w:p>
      <w:r>
        <w:t>{</w:t>
        <w:br/>
        <w:t xml:space="preserve">  "message": "Bulk action completed successfully",</w:t>
        <w:br/>
        <w:t xml:space="preserve">  "processedCount": 3</w:t>
        <w:br/>
        <w:t>}</w:t>
      </w:r>
    </w:p>
    <w:p/>
    <w:p>
      <w:pPr>
        <w:pStyle w:val="Heading3"/>
      </w:pPr>
      <w:r>
        <w:t>Standard Error Responses</w:t>
      </w:r>
    </w:p>
    <w:p>
      <w:r>
        <w:t>400 - Bad Request</w:t>
        <w:br/>
        <w:t>{</w:t>
        <w:br/>
        <w:t xml:space="preserve">  "error": "Invalid request parameters"</w:t>
        <w:br/>
        <w:t>}</w:t>
        <w:br/>
        <w:br/>
        <w:t>401 - Unauthorized</w:t>
        <w:br/>
        <w:t>{</w:t>
        <w:br/>
        <w:t xml:space="preserve">  "error": "Unauthorized access"</w:t>
        <w:br/>
        <w:t>}</w:t>
        <w:br/>
        <w:br/>
        <w:t>403 - Forbidden</w:t>
        <w:br/>
        <w:t>{</w:t>
        <w:br/>
        <w:t xml:space="preserve">  "error": "Access denied"</w:t>
        <w:br/>
        <w:t>}</w:t>
        <w:br/>
        <w:br/>
        <w:t>500 - Internal Server Error</w:t>
        <w:br/>
        <w:t>{</w:t>
        <w:br/>
        <w:t xml:space="preserve">  "error": "Something went wrong"</w:t>
        <w:br/>
        <w:t>}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